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4C3F" w14:textId="49713F26" w:rsidR="00CD1C96" w:rsidRPr="00721177" w:rsidRDefault="00FF3C10" w:rsidP="006811AC">
      <w:pPr>
        <w:ind w:left="720"/>
        <w:rPr>
          <w:b/>
          <w:color w:val="1E3C78"/>
          <w:sz w:val="52"/>
          <w:szCs w:val="52"/>
        </w:rPr>
      </w:pPr>
      <w:r>
        <w:rPr>
          <w:b/>
          <w:noProof/>
          <w:sz w:val="44"/>
        </w:rPr>
        <w:drawing>
          <wp:anchor distT="0" distB="0" distL="114300" distR="114300" simplePos="0" relativeHeight="251659264" behindDoc="0" locked="0" layoutInCell="1" allowOverlap="1" wp14:anchorId="17FCAB03" wp14:editId="76D4EE6A">
            <wp:simplePos x="0" y="0"/>
            <wp:positionH relativeFrom="column">
              <wp:posOffset>-132715</wp:posOffset>
            </wp:positionH>
            <wp:positionV relativeFrom="paragraph">
              <wp:posOffset>-478790</wp:posOffset>
            </wp:positionV>
            <wp:extent cx="1818005" cy="2211070"/>
            <wp:effectExtent l="0" t="0" r="0" b="0"/>
            <wp:wrapTopAndBottom/>
            <wp:docPr id="29518374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183747" name="Imagen 29518374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C7AEA0" w14:textId="189C90F1" w:rsidR="005464E4" w:rsidRPr="00CD1C96" w:rsidRDefault="00CD1C96" w:rsidP="00CD1C96">
      <w:pPr>
        <w:rPr>
          <w:b/>
          <w:sz w:val="44"/>
        </w:rPr>
      </w:pPr>
      <w:r>
        <w:rPr>
          <w:b/>
          <w:color w:val="1E3C78"/>
          <w:sz w:val="28"/>
        </w:rPr>
        <w:t>D</w:t>
      </w:r>
      <w:r w:rsidR="00CD5B69">
        <w:rPr>
          <w:b/>
          <w:color w:val="1E3C78"/>
          <w:sz w:val="28"/>
        </w:rPr>
        <w:t>ATOS DE CONTACTO</w:t>
      </w:r>
    </w:p>
    <w:p w14:paraId="4D833BCA" w14:textId="3B5F6A2D" w:rsidR="005464E4" w:rsidRDefault="00CD5B69">
      <w:r>
        <w:t>Teléfono: 336-4028452</w:t>
      </w:r>
      <w:r>
        <w:br/>
        <w:t>Email: diazmaconstanza@gmail.com</w:t>
      </w:r>
    </w:p>
    <w:p w14:paraId="3E99A467" w14:textId="77777777" w:rsidR="005464E4" w:rsidRDefault="00CD5B69">
      <w:r>
        <w:rPr>
          <w:b/>
          <w:color w:val="1E3C78"/>
          <w:sz w:val="28"/>
        </w:rPr>
        <w:t>PERFIL PROFESIONAL</w:t>
      </w:r>
    </w:p>
    <w:p w14:paraId="2744CC1A" w14:textId="77777777" w:rsidR="005464E4" w:rsidRDefault="00CD5B69">
      <w:r>
        <w:t>Persona responsable, comprometida y con excelente predisposición para el trabajo. Me destaco por mi capacidad de aprendizaje, la atención al cliente y el trabajo en equipo. Busco seguir desarrollándome laboralmente.</w:t>
      </w:r>
    </w:p>
    <w:p w14:paraId="1556BC44" w14:textId="77777777" w:rsidR="005464E4" w:rsidRDefault="00CD5B69">
      <w:r>
        <w:rPr>
          <w:b/>
          <w:color w:val="1E3C78"/>
          <w:sz w:val="28"/>
        </w:rPr>
        <w:t>EXPERIENCIA LABORAL</w:t>
      </w:r>
    </w:p>
    <w:p w14:paraId="3B8146BC" w14:textId="04FE2E0D" w:rsidR="005464E4" w:rsidRDefault="00CD5B69">
      <w:r>
        <w:t>• Atención al público (comercio de alimentos).</w:t>
      </w:r>
      <w:r>
        <w:br/>
        <w:t>• Limpieza.</w:t>
      </w:r>
    </w:p>
    <w:p w14:paraId="69835F74" w14:textId="77777777" w:rsidR="005464E4" w:rsidRDefault="00CD5B69">
      <w:r>
        <w:rPr>
          <w:b/>
          <w:color w:val="1E3C78"/>
          <w:sz w:val="28"/>
        </w:rPr>
        <w:t>EDUCACIÓN</w:t>
      </w:r>
    </w:p>
    <w:p w14:paraId="6FF1D814" w14:textId="01399F41" w:rsidR="005464E4" w:rsidRDefault="00CD5B69">
      <w:r>
        <w:t>• Bachiller en Ciencias Sociales y Humanidades – Nicasio Oroño N.º 205.</w:t>
      </w:r>
      <w:r>
        <w:br/>
        <w:t>• Curso de Asistencia Jurídica (finalizado).</w:t>
      </w:r>
    </w:p>
    <w:p w14:paraId="2BFB6988" w14:textId="77777777" w:rsidR="005464E4" w:rsidRDefault="00CD5B69">
      <w:r>
        <w:rPr>
          <w:b/>
          <w:color w:val="1E3C78"/>
          <w:sz w:val="28"/>
        </w:rPr>
        <w:t>HABILIDADES</w:t>
      </w:r>
    </w:p>
    <w:p w14:paraId="670C6065" w14:textId="18B4182D" w:rsidR="005464E4" w:rsidRDefault="00CD5B69">
      <w:r>
        <w:t>• Atención al cliente</w:t>
      </w:r>
      <w:r>
        <w:br/>
        <w:t>• Manejo de PC</w:t>
      </w:r>
      <w:r>
        <w:br/>
        <w:t xml:space="preserve">• </w:t>
      </w:r>
      <w:r w:rsidR="003657DC">
        <w:t>Conocimientos en re</w:t>
      </w:r>
      <w:r>
        <w:t>posición</w:t>
      </w:r>
      <w:r>
        <w:br/>
        <w:t>• Conocimientos en edición</w:t>
      </w:r>
      <w:r>
        <w:br/>
        <w:t>• Trabajo en equipo</w:t>
      </w:r>
    </w:p>
    <w:p w14:paraId="60DAE24C" w14:textId="77777777" w:rsidR="005464E4" w:rsidRDefault="00CD5B69">
      <w:r>
        <w:rPr>
          <w:b/>
          <w:color w:val="1E3C78"/>
          <w:sz w:val="28"/>
        </w:rPr>
        <w:t>IDIOMAS</w:t>
      </w:r>
    </w:p>
    <w:p w14:paraId="4828751F" w14:textId="77777777" w:rsidR="005464E4" w:rsidRDefault="00CD5B69">
      <w:r>
        <w:t>• Inglés básico</w:t>
      </w:r>
    </w:p>
    <w:sectPr w:rsidR="005464E4" w:rsidSect="00034616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6270588">
    <w:abstractNumId w:val="8"/>
  </w:num>
  <w:num w:numId="2" w16cid:durableId="332297562">
    <w:abstractNumId w:val="6"/>
  </w:num>
  <w:num w:numId="3" w16cid:durableId="163321440">
    <w:abstractNumId w:val="5"/>
  </w:num>
  <w:num w:numId="4" w16cid:durableId="1591691390">
    <w:abstractNumId w:val="4"/>
  </w:num>
  <w:num w:numId="5" w16cid:durableId="1791970678">
    <w:abstractNumId w:val="7"/>
  </w:num>
  <w:num w:numId="6" w16cid:durableId="1259826955">
    <w:abstractNumId w:val="3"/>
  </w:num>
  <w:num w:numId="7" w16cid:durableId="1130132399">
    <w:abstractNumId w:val="2"/>
  </w:num>
  <w:num w:numId="8" w16cid:durableId="1296834302">
    <w:abstractNumId w:val="1"/>
  </w:num>
  <w:num w:numId="9" w16cid:durableId="1348873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7"/>
  <w:proofState w:spelling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7D3E"/>
    <w:rsid w:val="0029639D"/>
    <w:rsid w:val="00323452"/>
    <w:rsid w:val="00326F90"/>
    <w:rsid w:val="003657DC"/>
    <w:rsid w:val="003804CF"/>
    <w:rsid w:val="005464E4"/>
    <w:rsid w:val="006811AC"/>
    <w:rsid w:val="00692663"/>
    <w:rsid w:val="00721177"/>
    <w:rsid w:val="009A011F"/>
    <w:rsid w:val="009F7F96"/>
    <w:rsid w:val="00AA1D8D"/>
    <w:rsid w:val="00B47730"/>
    <w:rsid w:val="00B74A68"/>
    <w:rsid w:val="00C16A13"/>
    <w:rsid w:val="00CB0664"/>
    <w:rsid w:val="00CD1C96"/>
    <w:rsid w:val="00FC693F"/>
    <w:rsid w:val="00FF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201EB4"/>
  <w14:defaultImageDpi w14:val="300"/>
  <w15:docId w15:val="{F4AD3617-2031-4D4A-96DA-4D57D40F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cd0321576@gmail.com</cp:lastModifiedBy>
  <cp:revision>2</cp:revision>
  <dcterms:created xsi:type="dcterms:W3CDTF">2026-07-27T13:44:00Z</dcterms:created>
  <dcterms:modified xsi:type="dcterms:W3CDTF">2026-07-27T13:44:00Z</dcterms:modified>
  <cp:category/>
</cp:coreProperties>
</file>